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125EE" w14:textId="77777777" w:rsidR="00A438D7" w:rsidRDefault="009E05E9">
      <w:pPr>
        <w:pStyle w:val="Title"/>
      </w:pPr>
      <w:r>
        <w:t>Therapies Unite</w:t>
      </w:r>
    </w:p>
    <w:p w14:paraId="17C8E112" w14:textId="77777777" w:rsidR="00A438D7" w:rsidRDefault="009E05E9">
      <w:pPr>
        <w:pStyle w:val="Heading1"/>
      </w:pPr>
      <w:r>
        <w:t>Safeguarding Report Form / Formulario de Notificación de Salvaguarda</w:t>
      </w:r>
    </w:p>
    <w:p w14:paraId="70B6FA66" w14:textId="77777777" w:rsidR="006F5A50" w:rsidRDefault="009E05E9">
      <w:r>
        <w:rPr>
          <w:b/>
        </w:rPr>
        <w:t>To be completed as fully as possible if you have concerns regarding an adult.</w:t>
      </w:r>
      <w:r>
        <w:rPr>
          <w:b/>
        </w:rPr>
        <w:br/>
      </w:r>
      <w:r>
        <w:t>Debe completarse con el mayor detalle posible si tiene preocupaciones sobre un adulto.</w:t>
      </w:r>
      <w:r>
        <w:br/>
      </w:r>
      <w:r>
        <w:br/>
        <w:t>If it is safe to do so, it is important to inform the adult about your concerns and that you have a duty to pass the information onto the Safeguarding Lead.</w:t>
      </w:r>
    </w:p>
    <w:p w14:paraId="106F3F91" w14:textId="6936A724" w:rsidR="00A438D7" w:rsidRDefault="009E05E9">
      <w:r>
        <w:br/>
      </w:r>
      <w:r>
        <w:t>Si es seguro hacerlo, es importante informar al adulto sobre sus preocupaciones y explicarle que tiene la obligación de comunicar la información al Responsable de Salvaguarda.</w:t>
      </w:r>
    </w:p>
    <w:p w14:paraId="16E650DB" w14:textId="77777777" w:rsidR="00A438D7" w:rsidRDefault="009E05E9">
      <w:pPr>
        <w:pStyle w:val="Heading2"/>
      </w:pPr>
      <w:r>
        <w:t>Section 1 – Details of Person (you have concerns about) / Sección 1 – Datos de la persona sobre la que existen preocupaciones</w:t>
      </w:r>
    </w:p>
    <w:p w14:paraId="1CB8975C" w14:textId="77777777" w:rsidR="00A438D7" w:rsidRDefault="009E05E9">
      <w:r>
        <w:t>Name of Person / Nombre de la persona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6207088D" w14:textId="77777777">
        <w:tc>
          <w:tcPr>
            <w:tcW w:w="8640" w:type="dxa"/>
          </w:tcPr>
          <w:p w14:paraId="709367EE" w14:textId="77777777" w:rsidR="00A438D7" w:rsidRDefault="009E05E9">
            <w:r>
              <w:br/>
            </w:r>
            <w:r>
              <w:br/>
            </w:r>
          </w:p>
        </w:tc>
      </w:tr>
    </w:tbl>
    <w:p w14:paraId="42DFE310" w14:textId="77777777" w:rsidR="00A438D7" w:rsidRDefault="009E05E9">
      <w:r>
        <w:t>Address / Dirección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5B30A46F" w14:textId="77777777">
        <w:tc>
          <w:tcPr>
            <w:tcW w:w="8640" w:type="dxa"/>
          </w:tcPr>
          <w:p w14:paraId="19FA234B" w14:textId="77777777" w:rsidR="00CF1E82" w:rsidRDefault="009E05E9">
            <w:r>
              <w:br/>
            </w:r>
          </w:p>
          <w:p w14:paraId="2216AE7D" w14:textId="1E721772" w:rsidR="00A438D7" w:rsidRDefault="009E05E9">
            <w:r>
              <w:br/>
            </w:r>
          </w:p>
        </w:tc>
      </w:tr>
    </w:tbl>
    <w:p w14:paraId="74212AE9" w14:textId="77777777" w:rsidR="00A438D7" w:rsidRDefault="009E05E9">
      <w:r>
        <w:t>Date of Birth/Age / Fecha de nacimiento/Edad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1640EAE5" w14:textId="77777777">
        <w:tc>
          <w:tcPr>
            <w:tcW w:w="8640" w:type="dxa"/>
          </w:tcPr>
          <w:p w14:paraId="37781EC3" w14:textId="2C28B489" w:rsidR="00A438D7" w:rsidRDefault="009E05E9">
            <w:r>
              <w:br/>
            </w:r>
          </w:p>
        </w:tc>
      </w:tr>
    </w:tbl>
    <w:p w14:paraId="538014AE" w14:textId="77777777" w:rsidR="00A438D7" w:rsidRDefault="009E05E9">
      <w:r>
        <w:t>Contact Number / Número de contacto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484A61B0" w14:textId="77777777">
        <w:tc>
          <w:tcPr>
            <w:tcW w:w="8640" w:type="dxa"/>
          </w:tcPr>
          <w:p w14:paraId="73A6279B" w14:textId="30A2BFC4" w:rsidR="00A438D7" w:rsidRDefault="009E05E9">
            <w:r>
              <w:br/>
            </w:r>
          </w:p>
        </w:tc>
      </w:tr>
    </w:tbl>
    <w:p w14:paraId="68928ADB" w14:textId="77777777" w:rsidR="00A438D7" w:rsidRDefault="009E05E9">
      <w:r>
        <w:t>Emergency Contact (if known) / Contacto de emergencia (si se conoce)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05B494D2" w14:textId="77777777">
        <w:tc>
          <w:tcPr>
            <w:tcW w:w="8640" w:type="dxa"/>
          </w:tcPr>
          <w:p w14:paraId="58E5DF4E" w14:textId="77777777" w:rsidR="00A438D7" w:rsidRDefault="009E05E9">
            <w:r>
              <w:br/>
            </w:r>
            <w:r>
              <w:br/>
            </w:r>
          </w:p>
        </w:tc>
      </w:tr>
    </w:tbl>
    <w:p w14:paraId="7BBDFBD3" w14:textId="77777777" w:rsidR="00A438D7" w:rsidRDefault="009E05E9">
      <w:r>
        <w:t>Consent to share information with emergency contact? / ¿Autoriza compartir información con el contacto de emergencia?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497E1A3C" w14:textId="77777777">
        <w:tc>
          <w:tcPr>
            <w:tcW w:w="8640" w:type="dxa"/>
          </w:tcPr>
          <w:p w14:paraId="4272CF0E" w14:textId="77777777" w:rsidR="00A438D7" w:rsidRDefault="009E05E9">
            <w:r>
              <w:br/>
            </w:r>
            <w:r>
              <w:br/>
            </w:r>
          </w:p>
        </w:tc>
      </w:tr>
    </w:tbl>
    <w:p w14:paraId="05C15AF3" w14:textId="77777777" w:rsidR="00A438D7" w:rsidRDefault="009E05E9">
      <w:pPr>
        <w:pStyle w:val="Heading2"/>
      </w:pPr>
      <w:r>
        <w:lastRenderedPageBreak/>
        <w:t>Section 2 – Details of the person completing this form / Sección 2 – Datos de la persona que completa este formulario</w:t>
      </w:r>
    </w:p>
    <w:p w14:paraId="65CAC603" w14:textId="77777777" w:rsidR="00A438D7" w:rsidRDefault="009E05E9">
      <w:r>
        <w:t>Name / Nombre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43B0629F" w14:textId="77777777">
        <w:tc>
          <w:tcPr>
            <w:tcW w:w="8640" w:type="dxa"/>
          </w:tcPr>
          <w:p w14:paraId="2F1B4199" w14:textId="77777777" w:rsidR="00A438D7" w:rsidRDefault="009E05E9">
            <w:r>
              <w:br/>
            </w:r>
            <w:r>
              <w:br/>
            </w:r>
          </w:p>
        </w:tc>
      </w:tr>
    </w:tbl>
    <w:p w14:paraId="60C45802" w14:textId="77777777" w:rsidR="00A438D7" w:rsidRDefault="009E05E9">
      <w:r>
        <w:t>Contact phone number(s) / Número(s) de teléfono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7CF00CD7" w14:textId="77777777">
        <w:tc>
          <w:tcPr>
            <w:tcW w:w="8640" w:type="dxa"/>
          </w:tcPr>
          <w:p w14:paraId="6771344B" w14:textId="6EA38D6E" w:rsidR="00A438D7" w:rsidRDefault="009E05E9">
            <w:r>
              <w:br/>
            </w:r>
          </w:p>
        </w:tc>
      </w:tr>
    </w:tbl>
    <w:p w14:paraId="20298E04" w14:textId="77777777" w:rsidR="00A438D7" w:rsidRDefault="009E05E9">
      <w:r>
        <w:t>Email address / Correo electrónico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4BD172F5" w14:textId="77777777">
        <w:tc>
          <w:tcPr>
            <w:tcW w:w="8640" w:type="dxa"/>
          </w:tcPr>
          <w:p w14:paraId="7539F74E" w14:textId="13759CE4" w:rsidR="00A438D7" w:rsidRDefault="009E05E9">
            <w:r>
              <w:br/>
            </w:r>
          </w:p>
        </w:tc>
      </w:tr>
    </w:tbl>
    <w:p w14:paraId="3D33F227" w14:textId="77777777" w:rsidR="00A438D7" w:rsidRDefault="009E05E9">
      <w:r>
        <w:t>Role in organisation / Cargo o función en la organización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2B15FD27" w14:textId="77777777">
        <w:tc>
          <w:tcPr>
            <w:tcW w:w="8640" w:type="dxa"/>
          </w:tcPr>
          <w:p w14:paraId="0CDD9125" w14:textId="77777777" w:rsidR="00A438D7" w:rsidRDefault="009E05E9">
            <w:r>
              <w:br/>
            </w:r>
            <w:r>
              <w:br/>
            </w:r>
          </w:p>
        </w:tc>
      </w:tr>
    </w:tbl>
    <w:p w14:paraId="059D8A4D" w14:textId="77777777" w:rsidR="00A438D7" w:rsidRDefault="009E05E9">
      <w:pPr>
        <w:pStyle w:val="Heading2"/>
      </w:pPr>
      <w:r>
        <w:t>Section 3 – Details of concern / Sección 3 – Detalles de la preocupación</w:t>
      </w:r>
    </w:p>
    <w:p w14:paraId="07CF6A3E" w14:textId="77777777" w:rsidR="00A438D7" w:rsidRDefault="009E05E9">
      <w:r>
        <w:t>Please explain why you are concerned. Include what you have seen, heard, been told, dates, times and evidence. / Explique por qué está preocupado/a. Incluya lo que ha visto, escuchado, le han comunicado, fechas, horas y evidencias.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0E86F56D" w14:textId="77777777">
        <w:tc>
          <w:tcPr>
            <w:tcW w:w="8640" w:type="dxa"/>
          </w:tcPr>
          <w:p w14:paraId="6F3AA825" w14:textId="77777777" w:rsidR="00CF1E82" w:rsidRDefault="009E05E9">
            <w:r>
              <w:br/>
            </w:r>
          </w:p>
          <w:p w14:paraId="294CD8B6" w14:textId="77777777" w:rsidR="00CF1E82" w:rsidRDefault="00CF1E82"/>
          <w:p w14:paraId="3CBF541A" w14:textId="77777777" w:rsidR="00CF1E82" w:rsidRDefault="00CF1E82"/>
          <w:p w14:paraId="09A4D1A3" w14:textId="77777777" w:rsidR="00CF1E82" w:rsidRDefault="00CF1E82"/>
          <w:p w14:paraId="2BC55DB4" w14:textId="77777777" w:rsidR="00CF1E82" w:rsidRDefault="00CF1E82"/>
          <w:p w14:paraId="58647645" w14:textId="77777777" w:rsidR="00CF1E82" w:rsidRDefault="00CF1E82"/>
          <w:p w14:paraId="7F788EED" w14:textId="77777777" w:rsidR="00CF1E82" w:rsidRDefault="00CF1E82"/>
          <w:p w14:paraId="34B1919E" w14:textId="77777777" w:rsidR="00CF1E82" w:rsidRDefault="00CF1E82"/>
          <w:p w14:paraId="0A7AF2B9" w14:textId="77777777" w:rsidR="00CF1E82" w:rsidRDefault="00CF1E82"/>
          <w:p w14:paraId="068623F3" w14:textId="77777777" w:rsidR="00CF1E82" w:rsidRDefault="00CF1E82"/>
          <w:p w14:paraId="08137D56" w14:textId="77777777" w:rsidR="00CF1E82" w:rsidRDefault="00CF1E82"/>
          <w:p w14:paraId="3C8D702E" w14:textId="77777777" w:rsidR="00CF1E82" w:rsidRDefault="00CF1E82"/>
          <w:p w14:paraId="6752DC7A" w14:textId="77777777" w:rsidR="00CF1E82" w:rsidRDefault="00CF1E82"/>
          <w:p w14:paraId="08CB9FD3" w14:textId="77777777" w:rsidR="00CF1E82" w:rsidRDefault="00CF1E82"/>
          <w:p w14:paraId="6A91F08E" w14:textId="77777777" w:rsidR="00CF1E82" w:rsidRDefault="00CF1E82"/>
          <w:p w14:paraId="07309A98" w14:textId="77777777" w:rsidR="00CF1E82" w:rsidRDefault="00CF1E82"/>
          <w:p w14:paraId="3B2B7DD4" w14:textId="7BC672D7" w:rsidR="00A438D7" w:rsidRDefault="009E05E9">
            <w:r>
              <w:br/>
            </w:r>
          </w:p>
        </w:tc>
      </w:tr>
    </w:tbl>
    <w:p w14:paraId="6A820E0B" w14:textId="77777777" w:rsidR="00A438D7" w:rsidRDefault="009E05E9">
      <w:pPr>
        <w:pStyle w:val="Heading2"/>
      </w:pPr>
      <w:r>
        <w:lastRenderedPageBreak/>
        <w:t>Section 5 – Details of person thought to be causing harm (if known) / Sección 5 – Datos de la persona presuntamente causante del daño (si se conoce)</w:t>
      </w:r>
    </w:p>
    <w:p w14:paraId="1A61A5B9" w14:textId="77777777" w:rsidR="00A438D7" w:rsidRDefault="009E05E9">
      <w:r>
        <w:t>Name / Nombre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630BE0B7" w14:textId="77777777">
        <w:tc>
          <w:tcPr>
            <w:tcW w:w="8640" w:type="dxa"/>
          </w:tcPr>
          <w:p w14:paraId="2F1F6900" w14:textId="77777777" w:rsidR="00A438D7" w:rsidRDefault="009E05E9">
            <w:r>
              <w:br/>
            </w:r>
            <w:r>
              <w:br/>
            </w:r>
          </w:p>
        </w:tc>
      </w:tr>
    </w:tbl>
    <w:p w14:paraId="59B8C3C4" w14:textId="77777777" w:rsidR="00A438D7" w:rsidRDefault="009E05E9">
      <w:r>
        <w:t>Address / Dirección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15E03C4A" w14:textId="77777777">
        <w:tc>
          <w:tcPr>
            <w:tcW w:w="8640" w:type="dxa"/>
          </w:tcPr>
          <w:p w14:paraId="203B16A3" w14:textId="77777777" w:rsidR="00A438D7" w:rsidRDefault="009E05E9">
            <w:r>
              <w:br/>
            </w:r>
            <w:r>
              <w:br/>
            </w:r>
          </w:p>
        </w:tc>
      </w:tr>
    </w:tbl>
    <w:p w14:paraId="5675AAE3" w14:textId="77777777" w:rsidR="00A438D7" w:rsidRDefault="009E05E9">
      <w:r>
        <w:t>Date of Birth/Age / Fecha de nacimiento/Edad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0A2ADD27" w14:textId="77777777">
        <w:tc>
          <w:tcPr>
            <w:tcW w:w="8640" w:type="dxa"/>
          </w:tcPr>
          <w:p w14:paraId="7B29B5A8" w14:textId="6EA76FB0" w:rsidR="00A438D7" w:rsidRDefault="009E05E9">
            <w:r>
              <w:br/>
            </w:r>
          </w:p>
        </w:tc>
      </w:tr>
    </w:tbl>
    <w:p w14:paraId="2972E308" w14:textId="77777777" w:rsidR="00A438D7" w:rsidRDefault="009E05E9">
      <w:r>
        <w:t>Relationship to the person / Relación con la persona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3CE5BE6F" w14:textId="77777777">
        <w:tc>
          <w:tcPr>
            <w:tcW w:w="8640" w:type="dxa"/>
          </w:tcPr>
          <w:p w14:paraId="377C76C9" w14:textId="2874B52A" w:rsidR="00A438D7" w:rsidRDefault="009E05E9">
            <w:r>
              <w:br/>
            </w:r>
          </w:p>
        </w:tc>
      </w:tr>
    </w:tbl>
    <w:p w14:paraId="54C771C1" w14:textId="77777777" w:rsidR="00A438D7" w:rsidRDefault="009E05E9">
      <w:r>
        <w:t>Role in organisation / Cargo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4AAC2BCB" w14:textId="77777777">
        <w:tc>
          <w:tcPr>
            <w:tcW w:w="8640" w:type="dxa"/>
          </w:tcPr>
          <w:p w14:paraId="0263D342" w14:textId="77777777" w:rsidR="00A438D7" w:rsidRDefault="009E05E9">
            <w:r>
              <w:br/>
            </w:r>
            <w:r>
              <w:br/>
            </w:r>
          </w:p>
        </w:tc>
      </w:tr>
    </w:tbl>
    <w:p w14:paraId="4A18FA04" w14:textId="77777777" w:rsidR="00A438D7" w:rsidRDefault="009E05E9">
      <w:r>
        <w:t>Contact with other adults/children at risk? / ¿Contacto con otros adultos o menores en riesgo?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142989AD" w14:textId="77777777">
        <w:tc>
          <w:tcPr>
            <w:tcW w:w="8640" w:type="dxa"/>
          </w:tcPr>
          <w:p w14:paraId="3F05B2EE" w14:textId="77777777" w:rsidR="00A438D7" w:rsidRDefault="009E05E9">
            <w:r>
              <w:br/>
            </w:r>
            <w:r>
              <w:br/>
            </w:r>
          </w:p>
          <w:p w14:paraId="3B3C522E" w14:textId="77777777" w:rsidR="00CF1E82" w:rsidRDefault="00CF1E82"/>
        </w:tc>
      </w:tr>
    </w:tbl>
    <w:p w14:paraId="189378F5" w14:textId="77777777" w:rsidR="00A438D7" w:rsidRDefault="009E05E9">
      <w:pPr>
        <w:pStyle w:val="Heading2"/>
      </w:pPr>
      <w:r>
        <w:t>Section 6 – Discussion with individual at risk / Sección 6 – Conversación con la persona en riesgo</w:t>
      </w:r>
    </w:p>
    <w:p w14:paraId="6C9410F0" w14:textId="77777777" w:rsidR="00A438D7" w:rsidRDefault="009E05E9">
      <w:r>
        <w:t>Have you discussed your concerns with the individual? What are their views and desired outcomes? / ¿Ha hablado de sus preocupaciones con la persona? ¿Cuáles son sus opiniones y resultados deseados?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3FBA236C" w14:textId="77777777">
        <w:tc>
          <w:tcPr>
            <w:tcW w:w="8640" w:type="dxa"/>
          </w:tcPr>
          <w:p w14:paraId="2BBD6275" w14:textId="77777777" w:rsidR="00CF1E82" w:rsidRDefault="009E05E9">
            <w:r>
              <w:br/>
            </w:r>
          </w:p>
          <w:p w14:paraId="3E7690BF" w14:textId="77777777" w:rsidR="00CF1E82" w:rsidRDefault="00CF1E82"/>
          <w:p w14:paraId="22056474" w14:textId="77777777" w:rsidR="00CF1E82" w:rsidRDefault="00CF1E82"/>
          <w:p w14:paraId="3E0DECB8" w14:textId="77777777" w:rsidR="00CF1E82" w:rsidRDefault="00CF1E82"/>
          <w:p w14:paraId="0D19D279" w14:textId="77777777" w:rsidR="00CF1E82" w:rsidRDefault="00CF1E82"/>
          <w:p w14:paraId="1238A03D" w14:textId="77777777" w:rsidR="00CF1E82" w:rsidRDefault="00CF1E82"/>
          <w:p w14:paraId="075AC166" w14:textId="2167FAC9" w:rsidR="00A438D7" w:rsidRDefault="009E05E9">
            <w:r>
              <w:br/>
            </w:r>
          </w:p>
        </w:tc>
      </w:tr>
    </w:tbl>
    <w:p w14:paraId="62EDB701" w14:textId="77777777" w:rsidR="00A438D7" w:rsidRDefault="009E05E9">
      <w:pPr>
        <w:pStyle w:val="Heading2"/>
      </w:pPr>
      <w:r>
        <w:lastRenderedPageBreak/>
        <w:t>Section 6A – Reasons for not discussing / Sección 6A – Motivos para no hablar con la persona</w:t>
      </w:r>
    </w:p>
    <w:p w14:paraId="54929A39" w14:textId="77777777" w:rsidR="00A438D7" w:rsidRDefault="009E05E9">
      <w:r>
        <w:t>Discussion would put the individual or others at risk / La conversación pondría en riesgo a la persona u otras personas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2777EB70" w14:textId="77777777">
        <w:tc>
          <w:tcPr>
            <w:tcW w:w="8640" w:type="dxa"/>
          </w:tcPr>
          <w:p w14:paraId="008A924E" w14:textId="77777777" w:rsidR="00CF1E82" w:rsidRDefault="009E05E9">
            <w:r>
              <w:br/>
            </w:r>
          </w:p>
          <w:p w14:paraId="74EF60FB" w14:textId="77777777" w:rsidR="00CF1E82" w:rsidRDefault="00CF1E82"/>
          <w:p w14:paraId="17335606" w14:textId="41DA760B" w:rsidR="00A438D7" w:rsidRDefault="009E05E9">
            <w:r>
              <w:br/>
            </w:r>
          </w:p>
        </w:tc>
      </w:tr>
    </w:tbl>
    <w:p w14:paraId="3E8FF790" w14:textId="77777777" w:rsidR="00A438D7" w:rsidRDefault="009E05E9">
      <w:r>
        <w:t>Adult appears to lack mental capacity / El adulto parece carecer de capacidad mental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422A6769" w14:textId="77777777">
        <w:tc>
          <w:tcPr>
            <w:tcW w:w="8640" w:type="dxa"/>
          </w:tcPr>
          <w:p w14:paraId="3908E4FB" w14:textId="77777777" w:rsidR="00CF1E82" w:rsidRDefault="00CF1E82"/>
          <w:p w14:paraId="6BACF5C2" w14:textId="77777777" w:rsidR="00CF1E82" w:rsidRDefault="00CF1E82"/>
          <w:p w14:paraId="34191AEB" w14:textId="2545391E" w:rsidR="00A438D7" w:rsidRDefault="009E05E9">
            <w:r>
              <w:br/>
            </w:r>
            <w:r>
              <w:br/>
            </w:r>
          </w:p>
        </w:tc>
      </w:tr>
    </w:tbl>
    <w:p w14:paraId="6FCE1044" w14:textId="77777777" w:rsidR="00A438D7" w:rsidRDefault="009E05E9">
      <w:r>
        <w:t>Adult unable to communicate views / El adulto no puede comunicar sus opiniones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3D6DC094" w14:textId="77777777">
        <w:tc>
          <w:tcPr>
            <w:tcW w:w="8640" w:type="dxa"/>
          </w:tcPr>
          <w:p w14:paraId="3CD78268" w14:textId="77777777" w:rsidR="00CF1E82" w:rsidRDefault="00CF1E82"/>
          <w:p w14:paraId="0AC32EB4" w14:textId="77777777" w:rsidR="00CF1E82" w:rsidRDefault="00CF1E82"/>
          <w:p w14:paraId="4F52FAD6" w14:textId="32B2A726" w:rsidR="00A438D7" w:rsidRDefault="009E05E9">
            <w:r>
              <w:br/>
            </w:r>
            <w:r>
              <w:br/>
            </w:r>
          </w:p>
        </w:tc>
      </w:tr>
    </w:tbl>
    <w:p w14:paraId="3681C9A1" w14:textId="77777777" w:rsidR="00A438D7" w:rsidRDefault="009E05E9">
      <w:pPr>
        <w:pStyle w:val="Heading2"/>
      </w:pPr>
      <w:r>
        <w:t>Section 7 – Risk to others / Sección 7 – Riesgo para otras personas</w:t>
      </w:r>
    </w:p>
    <w:p w14:paraId="2C20F37D" w14:textId="77777777" w:rsidR="00A438D7" w:rsidRDefault="009E05E9">
      <w:r>
        <w:t>Are any other individuals at risk? Yes/No/Unknown / ¿Hay otras personas en riesgo? Sí/No/Desconocido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6C74AF1A" w14:textId="77777777">
        <w:tc>
          <w:tcPr>
            <w:tcW w:w="8640" w:type="dxa"/>
          </w:tcPr>
          <w:p w14:paraId="3D656D04" w14:textId="77777777" w:rsidR="00CF1E82" w:rsidRDefault="00CF1E82"/>
          <w:p w14:paraId="096ACBDB" w14:textId="77777777" w:rsidR="00CF1E82" w:rsidRDefault="00CF1E82"/>
          <w:p w14:paraId="7118DBE4" w14:textId="77777777" w:rsidR="00CF1E82" w:rsidRDefault="00CF1E82"/>
          <w:p w14:paraId="0729DFA0" w14:textId="61B8B54F" w:rsidR="00A438D7" w:rsidRDefault="009E05E9">
            <w:r>
              <w:br/>
            </w:r>
            <w:r>
              <w:br/>
            </w:r>
            <w:r w:rsidR="00CF1E82" w:rsidRPr="00CF1E82">
              <w:rPr>
                <w:lang w:val="en-GB"/>
              </w:rPr>
              <w:t>If yes please fill in another form answering questions 1-6</w:t>
            </w:r>
            <w:r w:rsidR="00CF1E82" w:rsidRPr="00CF1E82">
              <w:t xml:space="preserve"> </w:t>
            </w:r>
            <w:r w:rsidR="00CF1E82">
              <w:t>/</w:t>
            </w:r>
            <w:r w:rsidR="00CF1E82" w:rsidRPr="00CF1E82">
              <w:t xml:space="preserve">Si la </w:t>
            </w:r>
            <w:proofErr w:type="spellStart"/>
            <w:r w:rsidR="00CF1E82" w:rsidRPr="00CF1E82">
              <w:t>respuesta</w:t>
            </w:r>
            <w:proofErr w:type="spellEnd"/>
            <w:r w:rsidR="00CF1E82" w:rsidRPr="00CF1E82">
              <w:t xml:space="preserve"> es </w:t>
            </w:r>
            <w:proofErr w:type="spellStart"/>
            <w:r w:rsidR="00CF1E82" w:rsidRPr="00CF1E82">
              <w:t>sí</w:t>
            </w:r>
            <w:proofErr w:type="spellEnd"/>
            <w:r w:rsidR="00CF1E82" w:rsidRPr="00CF1E82">
              <w:t xml:space="preserve">, </w:t>
            </w:r>
            <w:proofErr w:type="spellStart"/>
            <w:r w:rsidR="00CF1E82" w:rsidRPr="00CF1E82">
              <w:t>por</w:t>
            </w:r>
            <w:proofErr w:type="spellEnd"/>
            <w:r w:rsidR="00CF1E82" w:rsidRPr="00CF1E82">
              <w:t xml:space="preserve"> favor complete </w:t>
            </w:r>
            <w:proofErr w:type="spellStart"/>
            <w:r w:rsidR="00CF1E82" w:rsidRPr="00CF1E82">
              <w:t>otro</w:t>
            </w:r>
            <w:proofErr w:type="spellEnd"/>
            <w:r w:rsidR="00CF1E82" w:rsidRPr="00CF1E82">
              <w:t xml:space="preserve"> </w:t>
            </w:r>
            <w:proofErr w:type="spellStart"/>
            <w:r w:rsidR="00CF1E82" w:rsidRPr="00CF1E82">
              <w:t>formulario</w:t>
            </w:r>
            <w:proofErr w:type="spellEnd"/>
            <w:r w:rsidR="00CF1E82" w:rsidRPr="00CF1E82">
              <w:t xml:space="preserve"> </w:t>
            </w:r>
            <w:proofErr w:type="spellStart"/>
            <w:r w:rsidR="00CF1E82" w:rsidRPr="00CF1E82">
              <w:t>respondiendo</w:t>
            </w:r>
            <w:proofErr w:type="spellEnd"/>
            <w:r w:rsidR="00CF1E82" w:rsidRPr="00CF1E82">
              <w:t xml:space="preserve"> a las </w:t>
            </w:r>
            <w:proofErr w:type="spellStart"/>
            <w:r w:rsidR="00CF1E82" w:rsidRPr="00CF1E82">
              <w:t>preguntas</w:t>
            </w:r>
            <w:proofErr w:type="spellEnd"/>
            <w:r w:rsidR="00CF1E82" w:rsidRPr="00CF1E82">
              <w:t xml:space="preserve"> 1 a 6</w:t>
            </w:r>
          </w:p>
        </w:tc>
      </w:tr>
    </w:tbl>
    <w:p w14:paraId="536E5834" w14:textId="77777777" w:rsidR="00A438D7" w:rsidRDefault="009E05E9">
      <w:r>
        <w:t>Are any children at risk? Yes/No/Unknown / ¿Hay menores en riesgo? Sí/No/Desconocido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236A7A4C" w14:textId="77777777">
        <w:tc>
          <w:tcPr>
            <w:tcW w:w="8640" w:type="dxa"/>
          </w:tcPr>
          <w:p w14:paraId="553A0129" w14:textId="77777777" w:rsidR="00CF1E82" w:rsidRDefault="009E05E9">
            <w:r>
              <w:br/>
            </w:r>
          </w:p>
          <w:p w14:paraId="7B194ED7" w14:textId="77777777" w:rsidR="00CF1E82" w:rsidRDefault="00CF1E82"/>
          <w:p w14:paraId="351FA2EB" w14:textId="77777777" w:rsidR="00CF1E82" w:rsidRDefault="00CF1E82"/>
          <w:p w14:paraId="4B3AA220" w14:textId="621D208F" w:rsidR="00A438D7" w:rsidRDefault="009E05E9">
            <w:r>
              <w:br/>
            </w:r>
            <w:r w:rsidR="00CF1E82" w:rsidRPr="00CF1E82">
              <w:rPr>
                <w:lang w:val="en-GB"/>
              </w:rPr>
              <w:t>If yes please fill in another form and attach to this</w:t>
            </w:r>
            <w:r w:rsidR="00CF1E82">
              <w:rPr>
                <w:lang w:val="en-GB"/>
              </w:rPr>
              <w:t>/</w:t>
            </w:r>
            <w:r w:rsidR="00CF1E82" w:rsidRPr="00CF1E82">
              <w:t xml:space="preserve"> </w:t>
            </w:r>
            <w:r w:rsidR="00CF1E82" w:rsidRPr="00CF1E82">
              <w:t xml:space="preserve">Si la </w:t>
            </w:r>
            <w:proofErr w:type="spellStart"/>
            <w:r w:rsidR="00CF1E82" w:rsidRPr="00CF1E82">
              <w:t>respuesta</w:t>
            </w:r>
            <w:proofErr w:type="spellEnd"/>
            <w:r w:rsidR="00CF1E82" w:rsidRPr="00CF1E82">
              <w:t xml:space="preserve"> es </w:t>
            </w:r>
            <w:proofErr w:type="spellStart"/>
            <w:r w:rsidR="00CF1E82" w:rsidRPr="00CF1E82">
              <w:t>sí</w:t>
            </w:r>
            <w:proofErr w:type="spellEnd"/>
            <w:r w:rsidR="00CF1E82" w:rsidRPr="00CF1E82">
              <w:t xml:space="preserve">, </w:t>
            </w:r>
            <w:proofErr w:type="spellStart"/>
            <w:r w:rsidR="00CF1E82" w:rsidRPr="00CF1E82">
              <w:t>por</w:t>
            </w:r>
            <w:proofErr w:type="spellEnd"/>
            <w:r w:rsidR="00CF1E82" w:rsidRPr="00CF1E82">
              <w:t xml:space="preserve"> favor complete </w:t>
            </w:r>
            <w:proofErr w:type="spellStart"/>
            <w:r w:rsidR="00CF1E82" w:rsidRPr="00CF1E82">
              <w:t>otro</w:t>
            </w:r>
            <w:proofErr w:type="spellEnd"/>
            <w:r w:rsidR="00CF1E82" w:rsidRPr="00CF1E82">
              <w:t xml:space="preserve"> </w:t>
            </w:r>
            <w:proofErr w:type="spellStart"/>
            <w:r w:rsidR="00CF1E82" w:rsidRPr="00CF1E82">
              <w:t>formulario</w:t>
            </w:r>
            <w:proofErr w:type="spellEnd"/>
            <w:r w:rsidR="00CF1E82" w:rsidRPr="00CF1E82">
              <w:t xml:space="preserve"> y </w:t>
            </w:r>
            <w:proofErr w:type="spellStart"/>
            <w:r w:rsidR="00CF1E82" w:rsidRPr="00CF1E82">
              <w:t>adjúntelo</w:t>
            </w:r>
            <w:proofErr w:type="spellEnd"/>
            <w:r w:rsidR="00CF1E82" w:rsidRPr="00CF1E82">
              <w:t xml:space="preserve"> </w:t>
            </w:r>
            <w:proofErr w:type="gramStart"/>
            <w:r w:rsidR="00CF1E82" w:rsidRPr="00CF1E82">
              <w:t>a</w:t>
            </w:r>
            <w:proofErr w:type="gramEnd"/>
            <w:r w:rsidR="00CF1E82" w:rsidRPr="00CF1E82">
              <w:t xml:space="preserve"> </w:t>
            </w:r>
            <w:proofErr w:type="spellStart"/>
            <w:r w:rsidR="00CF1E82" w:rsidRPr="00CF1E82">
              <w:t>este</w:t>
            </w:r>
            <w:proofErr w:type="spellEnd"/>
          </w:p>
        </w:tc>
      </w:tr>
    </w:tbl>
    <w:p w14:paraId="46E272D3" w14:textId="77777777" w:rsidR="00A438D7" w:rsidRDefault="009E05E9">
      <w:pPr>
        <w:pStyle w:val="Heading2"/>
      </w:pPr>
      <w:r>
        <w:lastRenderedPageBreak/>
        <w:t>Section 8 – Actions taken / Sección 8 – Medidas adoptadas</w:t>
      </w:r>
    </w:p>
    <w:p w14:paraId="785BF1D9" w14:textId="77777777" w:rsidR="00A438D7" w:rsidRDefault="009E05E9">
      <w:r>
        <w:t>What action has been taken to reduce risk? / ¿Qué medidas se han tomado para reducir el riesgo?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6C953376" w14:textId="77777777">
        <w:tc>
          <w:tcPr>
            <w:tcW w:w="8640" w:type="dxa"/>
          </w:tcPr>
          <w:p w14:paraId="2643974F" w14:textId="77777777" w:rsidR="00CF1E82" w:rsidRDefault="009E05E9">
            <w:r>
              <w:br/>
            </w:r>
          </w:p>
          <w:p w14:paraId="32A459E8" w14:textId="77777777" w:rsidR="00CF1E82" w:rsidRDefault="00CF1E82"/>
          <w:p w14:paraId="0D0698A2" w14:textId="77777777" w:rsidR="00CF1E82" w:rsidRDefault="00CF1E82"/>
          <w:p w14:paraId="78650B84" w14:textId="77777777" w:rsidR="00CF1E82" w:rsidRDefault="00CF1E82"/>
          <w:p w14:paraId="285F83DF" w14:textId="77777777" w:rsidR="00CF1E82" w:rsidRDefault="00CF1E82"/>
          <w:p w14:paraId="481A61CC" w14:textId="77777777" w:rsidR="00CF1E82" w:rsidRDefault="00CF1E82"/>
          <w:p w14:paraId="5FF0122C" w14:textId="77777777" w:rsidR="00CF1E82" w:rsidRDefault="00CF1E82"/>
          <w:p w14:paraId="7A5A12EE" w14:textId="3726A0B5" w:rsidR="00A438D7" w:rsidRDefault="009E05E9">
            <w:r>
              <w:br/>
            </w:r>
          </w:p>
        </w:tc>
      </w:tr>
    </w:tbl>
    <w:p w14:paraId="32E43193" w14:textId="77777777" w:rsidR="00A438D7" w:rsidRDefault="009E05E9">
      <w:pPr>
        <w:pStyle w:val="Heading2"/>
      </w:pPr>
      <w:r>
        <w:t>Section 9 – Other agencies contacted / Sección 9 – Otras agencias contactadas</w:t>
      </w:r>
    </w:p>
    <w:p w14:paraId="774EAA0B" w14:textId="77777777" w:rsidR="00A438D7" w:rsidRDefault="009E05E9">
      <w:r>
        <w:t>Police / Policía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3019F7D4" w14:textId="77777777">
        <w:tc>
          <w:tcPr>
            <w:tcW w:w="8640" w:type="dxa"/>
          </w:tcPr>
          <w:p w14:paraId="576AEA0A" w14:textId="77777777" w:rsidR="00CF1E82" w:rsidRDefault="009E05E9">
            <w:r>
              <w:br/>
            </w:r>
          </w:p>
          <w:p w14:paraId="3C721243" w14:textId="77777777" w:rsidR="00CF1E82" w:rsidRDefault="00CF1E82"/>
          <w:p w14:paraId="1FDE5971" w14:textId="3BA1777F" w:rsidR="00A438D7" w:rsidRDefault="009E05E9">
            <w:r>
              <w:br/>
            </w:r>
          </w:p>
        </w:tc>
      </w:tr>
    </w:tbl>
    <w:p w14:paraId="6F454732" w14:textId="77777777" w:rsidR="00A438D7" w:rsidRDefault="009E05E9">
      <w:r>
        <w:t>Ambulance / Ambulancia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7586CA1F" w14:textId="77777777">
        <w:tc>
          <w:tcPr>
            <w:tcW w:w="8640" w:type="dxa"/>
          </w:tcPr>
          <w:p w14:paraId="7202B8CC" w14:textId="77777777" w:rsidR="00CF1E82" w:rsidRDefault="009E05E9">
            <w:r>
              <w:br/>
            </w:r>
          </w:p>
          <w:p w14:paraId="3B93FEDA" w14:textId="77777777" w:rsidR="00CF1E82" w:rsidRDefault="00CF1E82"/>
          <w:p w14:paraId="4FC9386F" w14:textId="6D784FA3" w:rsidR="00A438D7" w:rsidRDefault="009E05E9">
            <w:r>
              <w:br/>
            </w:r>
          </w:p>
        </w:tc>
      </w:tr>
    </w:tbl>
    <w:p w14:paraId="4F04F242" w14:textId="77777777" w:rsidR="00A438D7" w:rsidRDefault="009E05E9">
      <w:r>
        <w:t>Other / Otras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143C3541" w14:textId="77777777">
        <w:tc>
          <w:tcPr>
            <w:tcW w:w="8640" w:type="dxa"/>
          </w:tcPr>
          <w:p w14:paraId="44AF90BD" w14:textId="77777777" w:rsidR="00CF1E82" w:rsidRDefault="009E05E9">
            <w:r>
              <w:br/>
            </w:r>
          </w:p>
          <w:p w14:paraId="12013DF3" w14:textId="77777777" w:rsidR="00CF1E82" w:rsidRDefault="00CF1E82"/>
          <w:p w14:paraId="0BCEB681" w14:textId="1E5084BE" w:rsidR="00A438D7" w:rsidRDefault="009E05E9">
            <w:r>
              <w:br/>
            </w:r>
          </w:p>
        </w:tc>
      </w:tr>
    </w:tbl>
    <w:p w14:paraId="64D3AF8A" w14:textId="77777777" w:rsidR="00A438D7" w:rsidRDefault="009E05E9">
      <w:pPr>
        <w:pStyle w:val="Heading2"/>
      </w:pPr>
      <w:r>
        <w:t>Section 10 – Contact with others / Sección 10 – Contacto con otras personas</w:t>
      </w:r>
    </w:p>
    <w:p w14:paraId="2802326D" w14:textId="77777777" w:rsidR="00A438D7" w:rsidRDefault="009E05E9">
      <w:r>
        <w:t>Who else has been informed and why? / ¿Quién más ha sido informado y por qué?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1E440728" w14:textId="77777777">
        <w:tc>
          <w:tcPr>
            <w:tcW w:w="8640" w:type="dxa"/>
          </w:tcPr>
          <w:p w14:paraId="574E2067" w14:textId="77777777" w:rsidR="00A438D7" w:rsidRDefault="009E05E9">
            <w:r>
              <w:br/>
            </w:r>
            <w:r>
              <w:br/>
            </w:r>
          </w:p>
          <w:p w14:paraId="443DF737" w14:textId="77777777" w:rsidR="00CF1E82" w:rsidRDefault="00CF1E82"/>
          <w:p w14:paraId="2DB23173" w14:textId="77777777" w:rsidR="00CF1E82" w:rsidRDefault="00CF1E82"/>
          <w:p w14:paraId="6748FB78" w14:textId="77777777" w:rsidR="00CF1E82" w:rsidRDefault="00CF1E82"/>
          <w:p w14:paraId="4AC6C2C0" w14:textId="77777777" w:rsidR="00CF1E82" w:rsidRDefault="00CF1E82"/>
          <w:p w14:paraId="77554BA6" w14:textId="77777777" w:rsidR="00CF1E82" w:rsidRDefault="00CF1E82"/>
        </w:tc>
      </w:tr>
    </w:tbl>
    <w:p w14:paraId="32D35A15" w14:textId="77777777" w:rsidR="00A438D7" w:rsidRDefault="009E05E9">
      <w:r>
        <w:lastRenderedPageBreak/>
        <w:t>Consultation with Safeguarding Lead / Consulta con el Responsable de Salvaguarda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62F06B05" w14:textId="77777777">
        <w:tc>
          <w:tcPr>
            <w:tcW w:w="8640" w:type="dxa"/>
          </w:tcPr>
          <w:p w14:paraId="587503E8" w14:textId="77777777" w:rsidR="00A438D7" w:rsidRDefault="00CF1E82">
            <w:r w:rsidRPr="00CF1E82">
              <w:t>Include Dates/</w:t>
            </w:r>
            <w:proofErr w:type="spellStart"/>
            <w:r w:rsidRPr="00CF1E82">
              <w:t>Fechas</w:t>
            </w:r>
            <w:proofErr w:type="spellEnd"/>
            <w:r w:rsidRPr="00CF1E82">
              <w:t>:</w:t>
            </w:r>
            <w:r w:rsidR="009E05E9" w:rsidRPr="00CF1E82">
              <w:br/>
            </w:r>
          </w:p>
          <w:p w14:paraId="20CB793B" w14:textId="77777777" w:rsidR="00CF1E82" w:rsidRDefault="00CF1E82"/>
          <w:p w14:paraId="63F1DB2D" w14:textId="77777777" w:rsidR="00CF1E82" w:rsidRDefault="00CF1E82"/>
          <w:p w14:paraId="4980C9A4" w14:textId="77777777" w:rsidR="00CF1E82" w:rsidRDefault="00CF1E82"/>
          <w:p w14:paraId="45A5D8B8" w14:textId="77777777" w:rsidR="00CF1E82" w:rsidRDefault="00CF1E82"/>
          <w:p w14:paraId="3F1CEFCD" w14:textId="77777777" w:rsidR="00CF1E82" w:rsidRDefault="00CF1E82"/>
          <w:p w14:paraId="2B425111" w14:textId="77777777" w:rsidR="00CF1E82" w:rsidRDefault="00CF1E82"/>
          <w:p w14:paraId="71339538" w14:textId="1E4A781C" w:rsidR="00CF1E82" w:rsidRPr="00CF1E82" w:rsidRDefault="00CF1E82"/>
        </w:tc>
      </w:tr>
      <w:tr w:rsidR="00CF1E82" w14:paraId="61FCFC43" w14:textId="77777777">
        <w:tc>
          <w:tcPr>
            <w:tcW w:w="8640" w:type="dxa"/>
          </w:tcPr>
          <w:p w14:paraId="0CC7A476" w14:textId="5991630A" w:rsidR="00CF1E82" w:rsidRPr="00CF1E82" w:rsidRDefault="00CF1E82" w:rsidP="00CF1E82">
            <w:pPr>
              <w:rPr>
                <w:b/>
                <w:bCs/>
              </w:rPr>
            </w:pPr>
            <w:r w:rsidRPr="002C3280">
              <w:t>Completed Form copied to Safeguarding Lead; Date and time</w:t>
            </w:r>
            <w:r>
              <w:t>/</w:t>
            </w:r>
            <w:r w:rsidRPr="00CF1E82">
              <w:rPr>
                <w:b/>
                <w:bCs/>
              </w:rPr>
              <w:t xml:space="preserve"> </w:t>
            </w:r>
            <w:proofErr w:type="spellStart"/>
            <w:r w:rsidRPr="00CF1E82">
              <w:t>Formulario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completado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remitido</w:t>
            </w:r>
            <w:proofErr w:type="spellEnd"/>
            <w:r w:rsidRPr="00CF1E82">
              <w:t xml:space="preserve"> al </w:t>
            </w:r>
            <w:proofErr w:type="spellStart"/>
            <w:r w:rsidRPr="00CF1E82">
              <w:t>Responsable</w:t>
            </w:r>
            <w:proofErr w:type="spellEnd"/>
            <w:r w:rsidRPr="00CF1E82">
              <w:t xml:space="preserve"> de </w:t>
            </w:r>
            <w:proofErr w:type="spellStart"/>
            <w:r w:rsidRPr="00CF1E82">
              <w:t>Salvaguarda</w:t>
            </w:r>
            <w:proofErr w:type="spellEnd"/>
            <w:r w:rsidRPr="00CF1E82">
              <w:t xml:space="preserve">; </w:t>
            </w:r>
            <w:proofErr w:type="spellStart"/>
            <w:r w:rsidRPr="00CF1E82">
              <w:t>Fecha</w:t>
            </w:r>
            <w:proofErr w:type="spellEnd"/>
            <w:r w:rsidRPr="00CF1E82">
              <w:t xml:space="preserve"> y hora</w:t>
            </w:r>
            <w:r w:rsidRPr="00CF1E82">
              <w:br/>
            </w:r>
          </w:p>
        </w:tc>
      </w:tr>
      <w:tr w:rsidR="00CF1E82" w14:paraId="1297FCC2" w14:textId="77777777">
        <w:tc>
          <w:tcPr>
            <w:tcW w:w="8640" w:type="dxa"/>
          </w:tcPr>
          <w:p w14:paraId="2E6AEDFA" w14:textId="4DB6FEAC" w:rsidR="00CF1E82" w:rsidRDefault="00CF1E82" w:rsidP="00CF1E82">
            <w:r w:rsidRPr="002C3280">
              <w:t xml:space="preserve"> Signed</w:t>
            </w:r>
            <w:r>
              <w:t>/</w:t>
            </w:r>
            <w:proofErr w:type="spellStart"/>
            <w:r>
              <w:t>Firma</w:t>
            </w:r>
            <w:proofErr w:type="spellEnd"/>
            <w:r w:rsidRPr="002C3280">
              <w:t>:</w:t>
            </w:r>
          </w:p>
          <w:p w14:paraId="08BE9648" w14:textId="6BC86595" w:rsidR="00CF1E82" w:rsidRPr="002C3280" w:rsidRDefault="00CF1E82" w:rsidP="00CF1E82"/>
        </w:tc>
      </w:tr>
      <w:tr w:rsidR="00CF1E82" w14:paraId="4D538A7E" w14:textId="77777777">
        <w:tc>
          <w:tcPr>
            <w:tcW w:w="8640" w:type="dxa"/>
          </w:tcPr>
          <w:p w14:paraId="27F5A431" w14:textId="664FA945" w:rsidR="00CF1E82" w:rsidRDefault="00CF1E82" w:rsidP="00CF1E82">
            <w:r w:rsidRPr="002C3280">
              <w:t xml:space="preserve"> Date</w:t>
            </w:r>
            <w:r>
              <w:t>/</w:t>
            </w:r>
            <w:proofErr w:type="spellStart"/>
            <w:r>
              <w:t>Fecha</w:t>
            </w:r>
            <w:proofErr w:type="spellEnd"/>
            <w:r w:rsidRPr="002C3280">
              <w:t>:</w:t>
            </w:r>
          </w:p>
          <w:p w14:paraId="1FBA68CF" w14:textId="18F4E495" w:rsidR="00CF1E82" w:rsidRPr="002C3280" w:rsidRDefault="00CF1E82" w:rsidP="00CF1E82"/>
        </w:tc>
      </w:tr>
    </w:tbl>
    <w:p w14:paraId="3C468B63" w14:textId="77777777" w:rsidR="00A438D7" w:rsidRDefault="009E05E9">
      <w:pPr>
        <w:pStyle w:val="Heading2"/>
      </w:pPr>
      <w:r>
        <w:t>Section 11 – Office Use Only / Sección 11 – Solo para uso interno</w:t>
      </w:r>
    </w:p>
    <w:p w14:paraId="795E365E" w14:textId="411AD540" w:rsidR="00A438D7" w:rsidRDefault="009E05E9">
      <w:r>
        <w:t>Details of sharing concerns and outcome</w:t>
      </w:r>
      <w:r w:rsidR="00CF1E82">
        <w:t xml:space="preserve"> </w:t>
      </w:r>
      <w:r w:rsidR="00CF1E82" w:rsidRPr="00CF1E82">
        <w:rPr>
          <w:lang w:val="en-GB"/>
        </w:rPr>
        <w:t>(To be completed by Safeguarding Lead)</w:t>
      </w:r>
      <w:r w:rsidR="00CF1E82" w:rsidRPr="00CF1E82">
        <w:t xml:space="preserve"> </w:t>
      </w:r>
      <w:proofErr w:type="spellStart"/>
      <w:r w:rsidR="00CF1E82" w:rsidRPr="00CF1E82">
        <w:t>Detalles</w:t>
      </w:r>
      <w:proofErr w:type="spellEnd"/>
      <w:r w:rsidR="00CF1E82" w:rsidRPr="00CF1E82">
        <w:t xml:space="preserve"> </w:t>
      </w:r>
      <w:proofErr w:type="spellStart"/>
      <w:r w:rsidR="00CF1E82" w:rsidRPr="00CF1E82">
        <w:t>sobre</w:t>
      </w:r>
      <w:proofErr w:type="spellEnd"/>
      <w:r w:rsidR="00CF1E82" w:rsidRPr="00CF1E82">
        <w:t xml:space="preserve"> el </w:t>
      </w:r>
      <w:proofErr w:type="spellStart"/>
      <w:r w:rsidR="00CF1E82" w:rsidRPr="00CF1E82">
        <w:t>intercambio</w:t>
      </w:r>
      <w:proofErr w:type="spellEnd"/>
      <w:r w:rsidR="00CF1E82" w:rsidRPr="00CF1E82">
        <w:t xml:space="preserve"> de </w:t>
      </w:r>
      <w:proofErr w:type="spellStart"/>
      <w:r w:rsidR="00CF1E82" w:rsidRPr="00CF1E82">
        <w:t>información</w:t>
      </w:r>
      <w:proofErr w:type="spellEnd"/>
      <w:r w:rsidR="00CF1E82" w:rsidRPr="00CF1E82">
        <w:t xml:space="preserve"> y </w:t>
      </w:r>
      <w:proofErr w:type="spellStart"/>
      <w:r w:rsidR="00CF1E82" w:rsidRPr="00CF1E82">
        <w:t>resultado</w:t>
      </w:r>
      <w:proofErr w:type="spellEnd"/>
      <w:r w:rsidR="00CF1E82" w:rsidRPr="00CF1E82">
        <w:t xml:space="preserve"> (Debe ser </w:t>
      </w:r>
      <w:proofErr w:type="spellStart"/>
      <w:r w:rsidR="00CF1E82" w:rsidRPr="00CF1E82">
        <w:t>completado</w:t>
      </w:r>
      <w:proofErr w:type="spellEnd"/>
      <w:r w:rsidR="00CF1E82" w:rsidRPr="00CF1E82">
        <w:t xml:space="preserve"> </w:t>
      </w:r>
      <w:proofErr w:type="spellStart"/>
      <w:r w:rsidR="00CF1E82" w:rsidRPr="00CF1E82">
        <w:t>por</w:t>
      </w:r>
      <w:proofErr w:type="spellEnd"/>
      <w:r w:rsidR="00CF1E82" w:rsidRPr="00CF1E82">
        <w:t xml:space="preserve"> el </w:t>
      </w:r>
      <w:proofErr w:type="spellStart"/>
      <w:r w:rsidR="00CF1E82" w:rsidRPr="00CF1E82">
        <w:t>Responsable</w:t>
      </w:r>
      <w:proofErr w:type="spellEnd"/>
      <w:r w:rsidR="00CF1E82" w:rsidRPr="00CF1E82">
        <w:t xml:space="preserve"> de </w:t>
      </w:r>
      <w:proofErr w:type="spellStart"/>
      <w:r w:rsidR="00CF1E82" w:rsidRPr="00CF1E82">
        <w:t>Salvaguarda</w:t>
      </w:r>
      <w:proofErr w:type="spellEnd"/>
      <w:r w:rsidR="00CF1E82" w:rsidRPr="00CF1E82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A438D7" w14:paraId="1CCF29A7" w14:textId="77777777">
        <w:tc>
          <w:tcPr>
            <w:tcW w:w="8640" w:type="dxa"/>
          </w:tcPr>
          <w:p w14:paraId="7F3F5FBA" w14:textId="77777777" w:rsidR="00CF1E82" w:rsidRDefault="00CF1E82">
            <w:r w:rsidRPr="00CF1E82">
              <w:rPr>
                <w:lang w:val="en-GB"/>
              </w:rPr>
              <w:t>Details of your contact with the individual at risk of harm. If they are an adult with capacity, have they consented to information being shared outside of Therapies Unite</w:t>
            </w:r>
            <w:r>
              <w:rPr>
                <w:lang w:val="en-GB"/>
              </w:rPr>
              <w:t>/</w:t>
            </w:r>
            <w:r w:rsidRPr="00CF1E82">
              <w:t xml:space="preserve"> </w:t>
            </w:r>
            <w:proofErr w:type="spellStart"/>
            <w:r w:rsidRPr="00CF1E82">
              <w:t>Detalles</w:t>
            </w:r>
            <w:proofErr w:type="spellEnd"/>
            <w:r w:rsidRPr="00CF1E82">
              <w:t xml:space="preserve"> de </w:t>
            </w:r>
            <w:proofErr w:type="spellStart"/>
            <w:r w:rsidRPr="00CF1E82">
              <w:t>su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contacto</w:t>
            </w:r>
            <w:proofErr w:type="spellEnd"/>
            <w:r w:rsidRPr="00CF1E82">
              <w:t xml:space="preserve"> con la persona </w:t>
            </w:r>
            <w:proofErr w:type="spellStart"/>
            <w:r w:rsidRPr="00CF1E82">
              <w:t>en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riesgo</w:t>
            </w:r>
            <w:proofErr w:type="spellEnd"/>
            <w:r w:rsidRPr="00CF1E82">
              <w:t xml:space="preserve"> de </w:t>
            </w:r>
            <w:proofErr w:type="spellStart"/>
            <w:r w:rsidRPr="00CF1E82">
              <w:t>sufrir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daño</w:t>
            </w:r>
            <w:proofErr w:type="spellEnd"/>
            <w:r w:rsidRPr="00CF1E82">
              <w:t xml:space="preserve">. Si se </w:t>
            </w:r>
            <w:proofErr w:type="spellStart"/>
            <w:r w:rsidRPr="00CF1E82">
              <w:t>trata</w:t>
            </w:r>
            <w:proofErr w:type="spellEnd"/>
            <w:r w:rsidRPr="00CF1E82">
              <w:t xml:space="preserve"> de un </w:t>
            </w:r>
            <w:proofErr w:type="spellStart"/>
            <w:r w:rsidRPr="00CF1E82">
              <w:t>adulto</w:t>
            </w:r>
            <w:proofErr w:type="spellEnd"/>
            <w:r w:rsidRPr="00CF1E82">
              <w:t xml:space="preserve"> con </w:t>
            </w:r>
            <w:proofErr w:type="spellStart"/>
            <w:r w:rsidRPr="00CF1E82">
              <w:t>capacidad</w:t>
            </w:r>
            <w:proofErr w:type="spellEnd"/>
            <w:r w:rsidRPr="00CF1E82">
              <w:t xml:space="preserve"> para </w:t>
            </w:r>
            <w:proofErr w:type="spellStart"/>
            <w:r w:rsidRPr="00CF1E82">
              <w:t>tomar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decisiones</w:t>
            </w:r>
            <w:proofErr w:type="spellEnd"/>
            <w:r w:rsidRPr="00CF1E82">
              <w:t xml:space="preserve">, ¿ha dado </w:t>
            </w:r>
            <w:proofErr w:type="spellStart"/>
            <w:r w:rsidRPr="00CF1E82">
              <w:t>su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consentimiento</w:t>
            </w:r>
            <w:proofErr w:type="spellEnd"/>
            <w:r w:rsidRPr="00CF1E82">
              <w:t xml:space="preserve"> para </w:t>
            </w:r>
            <w:proofErr w:type="spellStart"/>
            <w:r w:rsidRPr="00CF1E82">
              <w:t>que</w:t>
            </w:r>
            <w:proofErr w:type="spellEnd"/>
            <w:r w:rsidRPr="00CF1E82">
              <w:t xml:space="preserve"> la </w:t>
            </w:r>
            <w:proofErr w:type="spellStart"/>
            <w:r w:rsidRPr="00CF1E82">
              <w:t>información</w:t>
            </w:r>
            <w:proofErr w:type="spellEnd"/>
            <w:r w:rsidRPr="00CF1E82">
              <w:t xml:space="preserve"> sea </w:t>
            </w:r>
            <w:proofErr w:type="spellStart"/>
            <w:r w:rsidRPr="00CF1E82">
              <w:t>compartida</w:t>
            </w:r>
            <w:proofErr w:type="spellEnd"/>
            <w:r w:rsidRPr="00CF1E82">
              <w:t xml:space="preserve"> fuera de Therapies Unite?</w:t>
            </w:r>
          </w:p>
          <w:p w14:paraId="1A72B52A" w14:textId="77777777" w:rsidR="00CF1E82" w:rsidRDefault="00CF1E82"/>
          <w:p w14:paraId="4542D521" w14:textId="77777777" w:rsidR="00CF1E82" w:rsidRDefault="00CF1E82"/>
          <w:p w14:paraId="5442CDC1" w14:textId="77777777" w:rsidR="00A438D7" w:rsidRDefault="009E05E9">
            <w:r>
              <w:br/>
            </w:r>
          </w:p>
          <w:p w14:paraId="1AF4A4DB" w14:textId="77777777" w:rsidR="00CF1E82" w:rsidRDefault="00CF1E82"/>
          <w:p w14:paraId="5FB7BD5A" w14:textId="77777777" w:rsidR="00CF1E82" w:rsidRDefault="00CF1E82"/>
          <w:p w14:paraId="2B67E8C8" w14:textId="77777777" w:rsidR="00CF1E82" w:rsidRDefault="00CF1E82"/>
          <w:p w14:paraId="35952462" w14:textId="77777777" w:rsidR="00CF1E82" w:rsidRDefault="00CF1E82"/>
          <w:p w14:paraId="10AC718F" w14:textId="77777777" w:rsidR="00CF1E82" w:rsidRDefault="00CF1E82"/>
          <w:p w14:paraId="3DA8185B" w14:textId="77777777" w:rsidR="00CF1E82" w:rsidRDefault="00CF1E82"/>
          <w:p w14:paraId="321704D5" w14:textId="77777777" w:rsidR="00CF1E82" w:rsidRDefault="00CF1E82"/>
          <w:p w14:paraId="6C71F877" w14:textId="77777777" w:rsidR="00CF1E82" w:rsidRDefault="00CF1E82"/>
          <w:p w14:paraId="55AE84AE" w14:textId="77777777" w:rsidR="00CF1E82" w:rsidRDefault="00CF1E82"/>
          <w:p w14:paraId="2E58B973" w14:textId="3D9CD922" w:rsidR="00CF1E82" w:rsidRDefault="00CF1E82"/>
        </w:tc>
      </w:tr>
      <w:tr w:rsidR="00CF1E82" w14:paraId="3AEEAD46" w14:textId="77777777">
        <w:tc>
          <w:tcPr>
            <w:tcW w:w="8640" w:type="dxa"/>
          </w:tcPr>
          <w:p w14:paraId="51B6C81F" w14:textId="77777777" w:rsidR="00CF1E82" w:rsidRDefault="00CF1E82">
            <w:r w:rsidRPr="00CF1E82">
              <w:rPr>
                <w:lang w:val="en-GB"/>
              </w:rPr>
              <w:t>Details of any other agencies contacted:</w:t>
            </w:r>
            <w:r w:rsidRPr="00CF1E82">
              <w:t xml:space="preserve"> </w:t>
            </w:r>
            <w:proofErr w:type="spellStart"/>
            <w:r w:rsidRPr="00CF1E82">
              <w:t>Detalles</w:t>
            </w:r>
            <w:proofErr w:type="spellEnd"/>
            <w:r w:rsidRPr="00CF1E82">
              <w:t xml:space="preserve"> de </w:t>
            </w:r>
            <w:proofErr w:type="spellStart"/>
            <w:r w:rsidRPr="00CF1E82">
              <w:t>cualquier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otra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agencia</w:t>
            </w:r>
            <w:proofErr w:type="spellEnd"/>
            <w:r w:rsidRPr="00CF1E82">
              <w:t xml:space="preserve"> u </w:t>
            </w:r>
            <w:proofErr w:type="spellStart"/>
            <w:r w:rsidRPr="00CF1E82">
              <w:t>organismo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contactado</w:t>
            </w:r>
            <w:proofErr w:type="spellEnd"/>
            <w:r>
              <w:t>:</w:t>
            </w:r>
          </w:p>
          <w:p w14:paraId="5E62003B" w14:textId="77777777" w:rsidR="00CF1E82" w:rsidRDefault="00CF1E82">
            <w:pPr>
              <w:rPr>
                <w:lang w:val="en-GB"/>
              </w:rPr>
            </w:pPr>
          </w:p>
          <w:p w14:paraId="358E0643" w14:textId="77777777" w:rsidR="00CF1E82" w:rsidRDefault="00CF1E82">
            <w:pPr>
              <w:rPr>
                <w:lang w:val="en-GB"/>
              </w:rPr>
            </w:pPr>
          </w:p>
          <w:p w14:paraId="4C5F336F" w14:textId="77777777" w:rsidR="00CF1E82" w:rsidRDefault="00CF1E82">
            <w:pPr>
              <w:rPr>
                <w:lang w:val="en-GB"/>
              </w:rPr>
            </w:pPr>
          </w:p>
          <w:p w14:paraId="2271AA1A" w14:textId="77777777" w:rsidR="00CF1E82" w:rsidRDefault="00CF1E82">
            <w:pPr>
              <w:rPr>
                <w:lang w:val="en-GB"/>
              </w:rPr>
            </w:pPr>
          </w:p>
          <w:p w14:paraId="374AAA93" w14:textId="77777777" w:rsidR="00CF1E82" w:rsidRDefault="00CF1E82">
            <w:pPr>
              <w:rPr>
                <w:lang w:val="en-GB"/>
              </w:rPr>
            </w:pPr>
          </w:p>
          <w:p w14:paraId="0018F7EE" w14:textId="77777777" w:rsidR="00CF1E82" w:rsidRDefault="00CF1E82">
            <w:pPr>
              <w:rPr>
                <w:lang w:val="en-GB"/>
              </w:rPr>
            </w:pPr>
          </w:p>
          <w:p w14:paraId="719FE239" w14:textId="77777777" w:rsidR="00CF1E82" w:rsidRDefault="00CF1E82">
            <w:pPr>
              <w:rPr>
                <w:lang w:val="en-GB"/>
              </w:rPr>
            </w:pPr>
          </w:p>
          <w:p w14:paraId="03378C84" w14:textId="77777777" w:rsidR="00CF1E82" w:rsidRDefault="00CF1E82">
            <w:pPr>
              <w:rPr>
                <w:lang w:val="en-GB"/>
              </w:rPr>
            </w:pPr>
          </w:p>
          <w:p w14:paraId="44D74C20" w14:textId="77777777" w:rsidR="00CF1E82" w:rsidRDefault="00CF1E82">
            <w:pPr>
              <w:rPr>
                <w:lang w:val="en-GB"/>
              </w:rPr>
            </w:pPr>
          </w:p>
          <w:p w14:paraId="360A0F03" w14:textId="541B825F" w:rsidR="00CF1E82" w:rsidRPr="00CF1E82" w:rsidRDefault="00CF1E82">
            <w:pPr>
              <w:rPr>
                <w:lang w:val="en-GB"/>
              </w:rPr>
            </w:pPr>
          </w:p>
        </w:tc>
      </w:tr>
      <w:tr w:rsidR="00CF1E82" w14:paraId="26B8E8C3" w14:textId="77777777">
        <w:tc>
          <w:tcPr>
            <w:tcW w:w="8640" w:type="dxa"/>
          </w:tcPr>
          <w:p w14:paraId="3A977017" w14:textId="77777777" w:rsidR="00CF1E82" w:rsidRDefault="00CF1E82">
            <w:r w:rsidRPr="00CF1E82">
              <w:rPr>
                <w:lang w:val="en-GB"/>
              </w:rPr>
              <w:lastRenderedPageBreak/>
              <w:t>Details of the outcome of this concern:</w:t>
            </w:r>
            <w:r w:rsidRPr="00CF1E82">
              <w:rPr>
                <w:b/>
                <w:bCs/>
              </w:rPr>
              <w:t xml:space="preserve"> </w:t>
            </w:r>
            <w:proofErr w:type="spellStart"/>
            <w:r w:rsidRPr="00CF1E82">
              <w:t>Detalles</w:t>
            </w:r>
            <w:proofErr w:type="spellEnd"/>
            <w:r w:rsidRPr="00CF1E82">
              <w:t xml:space="preserve"> del </w:t>
            </w:r>
            <w:proofErr w:type="spellStart"/>
            <w:r w:rsidRPr="00CF1E82">
              <w:t>resultado</w:t>
            </w:r>
            <w:proofErr w:type="spellEnd"/>
            <w:r w:rsidRPr="00CF1E82">
              <w:t xml:space="preserve"> de </w:t>
            </w:r>
            <w:proofErr w:type="spellStart"/>
            <w:r w:rsidRPr="00CF1E82">
              <w:t>esta</w:t>
            </w:r>
            <w:proofErr w:type="spellEnd"/>
            <w:r w:rsidRPr="00CF1E82">
              <w:t xml:space="preserve"> </w:t>
            </w:r>
            <w:proofErr w:type="spellStart"/>
            <w:r w:rsidRPr="00CF1E82">
              <w:t>incidencia</w:t>
            </w:r>
            <w:proofErr w:type="spellEnd"/>
            <w:r w:rsidRPr="00CF1E82">
              <w:t xml:space="preserve"> de </w:t>
            </w:r>
            <w:proofErr w:type="spellStart"/>
            <w:r w:rsidRPr="00CF1E82">
              <w:t>salvaguarda</w:t>
            </w:r>
            <w:proofErr w:type="spellEnd"/>
          </w:p>
          <w:p w14:paraId="36BA000C" w14:textId="77777777" w:rsidR="00CF1E82" w:rsidRDefault="00CF1E82"/>
          <w:p w14:paraId="66767FCD" w14:textId="77777777" w:rsidR="00CF1E82" w:rsidRDefault="00CF1E82"/>
          <w:p w14:paraId="45FA878F" w14:textId="77777777" w:rsidR="00CF1E82" w:rsidRDefault="00CF1E82"/>
          <w:p w14:paraId="2DFADBE2" w14:textId="77777777" w:rsidR="00CF1E82" w:rsidRDefault="00CF1E82"/>
          <w:p w14:paraId="1B3231A9" w14:textId="77777777" w:rsidR="00CF1E82" w:rsidRDefault="00CF1E82"/>
          <w:p w14:paraId="143E6646" w14:textId="77777777" w:rsidR="00CF1E82" w:rsidRDefault="00CF1E82"/>
          <w:p w14:paraId="74D712A4" w14:textId="77777777" w:rsidR="00CF1E82" w:rsidRDefault="00CF1E82"/>
          <w:p w14:paraId="7A8044CD" w14:textId="77777777" w:rsidR="00CF1E82" w:rsidRDefault="00CF1E82"/>
          <w:p w14:paraId="7510F5F7" w14:textId="775F1A8F" w:rsidR="00CF1E82" w:rsidRPr="00CF1E82" w:rsidRDefault="00CF1E82">
            <w:pPr>
              <w:rPr>
                <w:lang w:val="en-GB"/>
              </w:rPr>
            </w:pPr>
          </w:p>
        </w:tc>
      </w:tr>
    </w:tbl>
    <w:p w14:paraId="527D99F9" w14:textId="77777777" w:rsidR="009E05E9" w:rsidRDefault="009E05E9"/>
    <w:sectPr w:rsidR="009E05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0753717">
    <w:abstractNumId w:val="8"/>
  </w:num>
  <w:num w:numId="2" w16cid:durableId="580989744">
    <w:abstractNumId w:val="6"/>
  </w:num>
  <w:num w:numId="3" w16cid:durableId="1213889482">
    <w:abstractNumId w:val="5"/>
  </w:num>
  <w:num w:numId="4" w16cid:durableId="1780248854">
    <w:abstractNumId w:val="4"/>
  </w:num>
  <w:num w:numId="5" w16cid:durableId="1891723797">
    <w:abstractNumId w:val="7"/>
  </w:num>
  <w:num w:numId="6" w16cid:durableId="434253507">
    <w:abstractNumId w:val="3"/>
  </w:num>
  <w:num w:numId="7" w16cid:durableId="1931428104">
    <w:abstractNumId w:val="2"/>
  </w:num>
  <w:num w:numId="8" w16cid:durableId="652832402">
    <w:abstractNumId w:val="1"/>
  </w:num>
  <w:num w:numId="9" w16cid:durableId="146828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40A4"/>
    <w:rsid w:val="00326F90"/>
    <w:rsid w:val="006F5A50"/>
    <w:rsid w:val="009E05E9"/>
    <w:rsid w:val="00A438D7"/>
    <w:rsid w:val="00AA1D8D"/>
    <w:rsid w:val="00B47730"/>
    <w:rsid w:val="00CB0664"/>
    <w:rsid w:val="00CF1E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B11272"/>
  <w14:defaultImageDpi w14:val="300"/>
  <w15:docId w15:val="{26E6C157-A2AC-4A1A-B958-CDAFA289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BROWNDERODRIGUEZ, Laura (HEREFORDSHIRE AND WORCESTERSHIRE HEALTH AND CARE NHS TRUST)</cp:lastModifiedBy>
  <cp:revision>2</cp:revision>
  <dcterms:created xsi:type="dcterms:W3CDTF">2026-08-22T14:30:00Z</dcterms:created>
  <dcterms:modified xsi:type="dcterms:W3CDTF">2026-08-22T14:30:00Z</dcterms:modified>
  <cp:category/>
</cp:coreProperties>
</file>